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7223760" cy="108356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eld Trip Fly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23760" cy="1083564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520" w:h="17280"/>
      <w:pgMar w:top="72" w:right="72" w:bottom="72" w:left="72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Kiddos Play Center School Field Trips</dc:title>
  <dc:subject>Field trip flyer for Wix upload</dc:subject>
  <dc:creator>Kiddos Play Center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